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פירוק השאלה בחמישה שלבים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השאלה - נושא, מידע והוראה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השלבים לפירוק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שלושת ממדי השאלה: איתור מידע, פרשנות והיסק, הערכה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לקרוא את השאלה עד הסוף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השאלה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לקרוא את השאלה עד הסוף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שתי סיבות דורש שני חלקים בתשובה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השלב השלישי, לא האחרון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שלושת הממדים שנלמדים בשיטה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מילות שאלה לדרישה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(שאלה שמבקשת מידע עובדתי מהטקסט)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(שאלה שדורשת הסבר של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(שאלה שדורשת עמדה אישית ונימוק)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(יש לכתוב הסבר עם המילה 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(יש למצוא דמיון והבדל בין שני דברים)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חמשת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עד הסוף, לאט ואפילו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איזה מידע אפשר להפיק מהשאלה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מסמנים את מילות השאלה ואת המילים שמגדירות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מחליטים מה עליי לעשות כדי לענות, ומזהים את הממד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מבצעים את המשימה, עונים במשפט מלא ובודקים את 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פירוק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לזהות: מילת שאלה - הסבירו ומדוע; נדרשים שני חלקים (שתי סיבות); הממד הוא פרשנות והיסק כי צריך להבין ולא רק לאתר; תשובה מלאה כוללת שתי סיבות עם נימוק כי.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חמישה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מידע, פרשנות והיסק, הערכה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✔ שעניתי על כל חלק מהסימונים בשלב השלישי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חמשת השלבים על שאלה אחת מהטקסט הנלמד בכיתה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לסמן בעיפרון את מילות השאלה בכל שאלה שהם פוגשים, גם מעבר לדף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יחד בכיתה דוגמת תשובה אחת, כדי להבהיר מה נחשב תשובה 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פירוק השאלה בחמישה שלבים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שאלה היא לא רק משפט קצר - יש בה נושא, מידע והוראה. כדי לענות עליה נכון צריך לפרק אותה לחלקים, לזהות את מילת השאלה ואת הממד שלה, ורק אז לכתוב תשובה מלאה.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בשיטת 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שאלה דורשת תשובה עם המילה כי?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כשכתוב בשאלה ציינו שתי סיבות, כמה חלקים צריכה התשובה לכלול?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ממד שייך לשאלה שמבקשת למצוא עובדה מפורשת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 שלב הקריאה הראשון בשיטה?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השאלה עד הסוף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לסמן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סימונים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שאלה שמבקשת לבטא עמדה ולנמק אותה שייכת לאיזה ממד?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ממד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היא טקסט קצר שיש בו נושא, מידע והוראה.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קריאת השאלה ולענות ישר.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בשאלה מצביע על מספר החלקים הנדרשים בתשובה.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הסימון של מילות השאלה הוא השלב האחרון בשיטה.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ממדי השאלה הם איתור מידע, פרשנות והיסק, והערכה וביקורת.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מילות שאלה לדרישה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לכתוב הסבר עם המילה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שדורשת עמדה אישית ונימוק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לדעתכם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למצוא דמיון והבדל בין שני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נמקו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שדורשת הסבר של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השוו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שמבקשת מידע עובדתי מהטקסט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שעונים על שאלה, צריך קודם __________ אותה עד הסוף.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השאלה וההוראה מסומנות בשלב ה__________ בשיטה.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ששייכת לממד ה__________ מבטאת דעה אישית ודורשת נימוק.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בתשובה מלאה כדאי להשתמש ב__________ מתוך השאלה בפתיחת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האחרון בודקים אם עניתי על כל ה__________ בשאלה.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חמשת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מה עליי לעשות כדי לענות, ומזהים את הממד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את מילות השאלה ואת המילים שמגדירות את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המשימה, עונים במשפט מלא ובודקים את התשובה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עד הסוף, לאט ואפילו פעמיים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איזה מידע אפשר להפיק מהשאלה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פירוק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השאלה: הסבירו מדוע הדמות הראשית החליטה לעזוב את הבית, וציינו שתי סיבות מהטקסט. פרקו אותה לפי חמשת השלבים: מה מילת השאלה, כמה חלקים דרושים בתשובה, ולאיזה ממד היא שייכת. כתבו תשובה מלאה לדוגמה.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שלבים יש בשיטת פירוק השאלה?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ממדי השאלה?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בשלב האחרון של השיטה?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פירוק השאלה בחמישה שלבים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