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השאלה - נושא, מידע והוראה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ממדי השאלה: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שתי סיבות דורש שני חלקים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מילות שאלה לדרישה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שמבקשת מידע עובדתי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שדורשת הסבר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(שאלה שדורשת עמדה אישית ונימוק)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לכתוב הסבר עם המילה כי)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עד הסוף, לאט ואפילו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מילות השאלה ואת המילים שמגדירות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מחליטים מה עליי לעשות כדי לענות, ומזהים את הממד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פירוק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והיסק,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✔ שעניתי על כל חלק מהסימונים בשלב השלישי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חמשת השלבים על שאלה אחת מהטקסט הנלמד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בעיפרון את מילות השאלה בכל שאלה שהם פוגשים, גם מעבר לדף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בכיתה דוגמת תשובה אחת, כדי להבהיר מה נחשב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פירוק השאלה בחמישה שלבים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שאלה היא לא רק משפט קצר - יש בה נושא, מידע והוראה. כדי לענות עליה נכון צריך לפרק אותה לחלקים, לזהות את מילת השאלה ואת הממד שלה, ורק אז לכתוב תשובה מלאה.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לקרוא  ·  שלישי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דורשת תשובה עם המילה כי?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לדלג על קריאת השאלה ולענות ישר.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בשאלה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מילות שאלה לדרישה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 לכתוב הסבר עם המילה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שדורשת עמדה אישית ונימוק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לדעתכם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שמבקשת מידע עובדתי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שדורשת הסבר של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שעונים על שאלה, צריך קודם __________ אותה עד הסוף.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מילת השאלה וההוראה מסומנות בשלב ה__________ בשיטה.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חמשת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מה עליי לעשות כדי לענות, ומזהים את הממד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את מילות השאלה ואת המילים שמגדירות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עד הסוף, לאט ואפילו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איזה מידע אפשר להפיק מהשאלה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שלבים יש בשיטת פירוק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ממדי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פירוק השאלה בחמישה שלבים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